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84" w:lineRule="auto"/>
      </w:pPr>
      <w:r>
        <w:rPr>
          <w:rFonts w:ascii="Times New Roman" w:hAnsi="Times New Roman" w:eastAsia="黑体"/>
          <w:b/>
          <w:sz w:val="22"/>
        </w:rPr>
        <w:t>附件 4</w:t>
      </w:r>
    </w:p>
    <w:p>
      <w:pPr>
        <w:spacing w:before="120" w:after="280" w:line="288" w:lineRule="auto"/>
        <w:jc w:val="center"/>
      </w:pPr>
      <w:r>
        <w:rPr>
          <w:rFonts w:ascii="Times New Roman" w:hAnsi="Times New Roman" w:eastAsia="黑体"/>
          <w:b/>
          <w:sz w:val="36"/>
        </w:rPr>
        <w:t>原创承诺及授权许可书</w:t>
      </w:r>
    </w:p>
    <w:p>
      <w:pPr>
        <w:spacing w:after="160" w:line="384" w:lineRule="auto"/>
      </w:pPr>
      <w:r>
        <w:rPr>
          <w:rFonts w:ascii="Times New Roman" w:hAnsi="Times New Roman" w:eastAsia="宋体"/>
          <w:b w:val="0"/>
          <w:sz w:val="23"/>
        </w:rPr>
        <w:t>本人／本团队郑重作出如下承诺及授权：</w:t>
      </w:r>
    </w:p>
    <w:p>
      <w:pPr>
        <w:spacing w:after="12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一、本人／本团队报送参加广东省出版集团 AIGC 创意内容和 AI 技术融合创新应用赛道的参赛项目《文枢——集团 AI 传播力中枢平台》，为本人／本团队主导完成的原创成果，项目中所有素材、内容均已取得合法授权；不存在抄袭、洗稿、外包代做、购买成品参赛情形。</w:t>
      </w:r>
    </w:p>
    <w:p>
      <w:pPr>
        <w:spacing w:after="12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二、项目中 AI 生成内容均经过人工审核校验，对作品意识形态导向、事实准确性承担全部主体责任；已按要求完整留存提示词、生成记录、版本素材、关键操作截图，自愿接受大赛组委会复核校验。</w:t>
      </w:r>
    </w:p>
    <w:p>
      <w:pPr>
        <w:spacing w:after="12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三、原创申明，授权许可，如果有外部 IP 等，需要确保该团队已经获得 IP 方的允许。</w:t>
      </w:r>
    </w:p>
    <w:p>
      <w:pPr>
        <w:spacing w:after="12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四、本人／本团队同意：广东省出版集团对参赛作品享有永久免费展示、学习、孵化推广使用权；集团在使用过程中尊重参赛者署名权。</w:t>
      </w:r>
    </w:p>
    <w:p>
      <w:pPr>
        <w:spacing w:after="40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五、如违反上述承诺，本人／本团队自愿接受取消参赛资格、撤销奖项等全部赛事处理，并承担由此产生的全部法律责任。</w:t>
      </w:r>
    </w:p>
    <w:p>
      <w:pPr>
        <w:spacing w:after="280" w:line="384" w:lineRule="auto"/>
      </w:pPr>
      <w:r>
        <w:rPr>
          <w:rFonts w:ascii="Times New Roman" w:hAnsi="Times New Roman" w:eastAsia="宋体"/>
          <w:b w:val="0"/>
          <w:sz w:val="23"/>
        </w:rPr>
        <w:t>参赛项目名称：文枢——集团 AI 传播力中枢平台</w:t>
      </w:r>
    </w:p>
    <w:p>
      <w:pPr>
        <w:spacing w:after="400" w:line="384" w:lineRule="auto"/>
      </w:pPr>
      <w:r>
        <w:rPr>
          <w:rFonts w:ascii="Times New Roman" w:hAnsi="Times New Roman" w:eastAsia="宋体"/>
          <w:b w:val="0"/>
          <w:sz w:val="23"/>
        </w:rPr>
        <w:t>参赛赛道：□ A 赛道 AIGC 创意内容作品　　☑ B 赛道 AI 技术融合创新应用</w:t>
      </w:r>
    </w:p>
    <w:p>
      <w:pPr>
        <w:spacing w:before="200" w:after="320" w:line="384" w:lineRule="auto"/>
      </w:pPr>
      <w:r>
        <w:rPr>
          <w:rFonts w:ascii="Times New Roman" w:hAnsi="Times New Roman" w:eastAsia="宋体"/>
          <w:b w:val="0"/>
          <w:sz w:val="23"/>
        </w:rPr>
        <w:t>参赛牵头人（手写签名）：＿＿＿＿＿＿＿＿＿＿＿＿</w:t>
      </w:r>
    </w:p>
    <w:p>
      <w:pPr>
        <w:spacing w:after="200" w:line="384" w:lineRule="auto"/>
      </w:pPr>
      <w:r>
        <w:rPr>
          <w:rFonts w:ascii="Times New Roman" w:hAnsi="Times New Roman" w:eastAsia="宋体"/>
          <w:b w:val="0"/>
          <w:sz w:val="23"/>
        </w:rPr>
        <w:t>项目全部团队成员（手写签名）：</w:t>
      </w:r>
    </w:p>
    <w:p>
      <w:pPr>
        <w:spacing w:after="12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＿＿＿＿＿＿＿＿＿＿　　＿＿＿＿＿＿＿＿＿＿</w:t>
      </w:r>
    </w:p>
    <w:p>
      <w:pPr>
        <w:spacing w:after="320" w:line="384" w:lineRule="auto"/>
        <w:ind w:firstLine="460"/>
      </w:pPr>
      <w:r>
        <w:rPr>
          <w:rFonts w:ascii="Times New Roman" w:hAnsi="Times New Roman" w:eastAsia="宋体"/>
          <w:b w:val="0"/>
          <w:sz w:val="23"/>
        </w:rPr>
        <w:t>＿＿＿＿＿＿＿＿＿＿　　＿＿＿＿＿＿＿＿＿＿</w:t>
      </w:r>
    </w:p>
    <w:p>
      <w:pPr>
        <w:spacing w:before="160" w:after="280" w:line="384" w:lineRule="auto"/>
      </w:pPr>
      <w:r>
        <w:rPr>
          <w:rFonts w:ascii="Times New Roman" w:hAnsi="Times New Roman" w:eastAsia="宋体"/>
          <w:b w:val="0"/>
          <w:sz w:val="23"/>
        </w:rPr>
        <w:t>单位（集体参赛单位加盖公章）：</w:t>
      </w:r>
    </w:p>
    <w:p>
      <w:pPr>
        <w:spacing w:after="120" w:line="384" w:lineRule="auto"/>
      </w:pPr>
      <w:r>
        <w:rPr>
          <w:rFonts w:ascii="Times New Roman" w:hAnsi="Times New Roman" w:eastAsia="宋体"/>
          <w:b w:val="0"/>
          <w:sz w:val="23"/>
        </w:rPr>
      </w:r>
    </w:p>
    <w:p>
      <w:pPr>
        <w:spacing w:after="120" w:line="384" w:lineRule="auto"/>
        <w:jc w:val="right"/>
      </w:pPr>
      <w:r>
        <w:rPr>
          <w:rFonts w:ascii="Times New Roman" w:hAnsi="Times New Roman" w:eastAsia="宋体"/>
          <w:b w:val="0"/>
          <w:sz w:val="23"/>
        </w:rPr>
        <w:t xml:space="preserve">　　　　　　　　　　　　　　　　　　　　　年　　　月　　　日</w:t>
      </w:r>
    </w:p>
    <w:sectPr w:rsidR="00FC693F" w:rsidRPr="0006063C" w:rsidSect="00034616">
      <w:pgSz w:w="12240" w:h="15840"/>
      <w:pgMar w:top="1474" w:right="1587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